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Noto Sans TC" w:hAnsi="Noto Sans TC" w:eastAsia="Noto Sans TC"/>
          <w:b/>
          <w:i w:val="0"/>
          <w:color w:val="B68750"/>
          <w:sz w:val="22"/>
        </w:rPr>
        <w:t>地方詩卡　／　海岸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989320" cy="5989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詩卡插圖_se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5989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80"/>
        <w:jc w:val="center"/>
      </w:pPr>
      <w:r>
        <w:rPr>
          <w:rFonts w:ascii="Noto Sans TC" w:hAnsi="Noto Sans TC" w:eastAsia="Noto Sans TC"/>
          <w:b w:val="0"/>
          <w:i w:val="0"/>
          <w:color w:val="294653"/>
          <w:sz w:val="36"/>
        </w:rPr>
        <w:t>潮痕慢慢退去，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海把一枚小小的早晨，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留在我的掌心。</w:t>
      </w:r>
    </w:p>
    <w:p>
      <w:pPr>
        <w:spacing w:after="140"/>
        <w:jc w:val="center"/>
      </w:pPr>
      <w:r>
        <w:rPr>
          <w:rFonts w:ascii="Noto Sans TC" w:hAnsi="Noto Sans TC" w:eastAsia="Noto Sans TC"/>
          <w:b w:val="0"/>
          <w:i w:val="0"/>
          <w:color w:val="537D79"/>
          <w:sz w:val="20"/>
        </w:rPr>
        <w:t>詞語抽屜　海浪、沙粒、礁石、風、船影</w:t>
      </w:r>
    </w:p>
    <w:p>
      <w:pPr>
        <w:spacing w:after="160"/>
        <w:jc w:val="left"/>
      </w:pPr>
      <w:r>
        <w:rPr>
          <w:rFonts w:ascii="Noto Sans TC" w:hAnsi="Noto Sans TC" w:eastAsia="Noto Sans TC"/>
          <w:b w:val="0"/>
          <w:i w:val="0"/>
          <w:color w:val="28343A"/>
          <w:sz w:val="21"/>
        </w:rPr>
        <w:t>換成自己的地方　看見：＿＿＿＿　聽見：＿＿＿＿</w:t>
        <w:br/>
        <w:t>我想把「早晨」換成：＿＿＿＿</w:t>
      </w:r>
    </w:p>
    <w:p>
      <w:pPr>
        <w:spacing w:before="100"/>
        <w:jc w:val="center"/>
      </w:pPr>
      <w:r>
        <w:rPr>
          <w:rFonts w:ascii="Noto Sans TC" w:hAnsi="Noto Sans TC" w:eastAsia="Noto Sans TC"/>
          <w:b w:val="0"/>
          <w:i/>
          <w:color w:val="66777A"/>
          <w:sz w:val="18"/>
        </w:rPr>
        <w:t>讀一讀示範句，再把一個詞換成你親眼看見、親耳聽見的事物。</w:t>
      </w:r>
    </w:p>
    <w:p>
      <w:r>
        <w:br w:type="page"/>
      </w:r>
    </w:p>
    <w:p>
      <w:pPr>
        <w:spacing w:after="100"/>
        <w:jc w:val="center"/>
      </w:pPr>
      <w:r>
        <w:rPr>
          <w:rFonts w:ascii="Noto Sans TC" w:hAnsi="Noto Sans TC" w:eastAsia="Noto Sans TC"/>
          <w:b/>
          <w:i w:val="0"/>
          <w:color w:val="B68750"/>
          <w:sz w:val="22"/>
        </w:rPr>
        <w:t>地方詩卡　／　廟埕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989320" cy="58971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詩卡插圖_templ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5897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80"/>
        <w:jc w:val="center"/>
      </w:pPr>
      <w:r>
        <w:rPr>
          <w:rFonts w:ascii="Noto Sans TC" w:hAnsi="Noto Sans TC" w:eastAsia="Noto Sans TC"/>
          <w:b w:val="0"/>
          <w:i w:val="0"/>
          <w:color w:val="294653"/>
          <w:sz w:val="36"/>
        </w:rPr>
        <w:t>燈影在廟埕輕輕搖晃，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晚風替回家的路，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點亮一個名字。</w:t>
      </w:r>
    </w:p>
    <w:p>
      <w:pPr>
        <w:spacing w:after="140"/>
        <w:jc w:val="center"/>
      </w:pPr>
      <w:r>
        <w:rPr>
          <w:rFonts w:ascii="Noto Sans TC" w:hAnsi="Noto Sans TC" w:eastAsia="Noto Sans TC"/>
          <w:b w:val="0"/>
          <w:i w:val="0"/>
          <w:color w:val="537D79"/>
          <w:sz w:val="20"/>
        </w:rPr>
        <w:t>詞語抽屜　燈影、樹影、香氣、石階、腳步聲</w:t>
      </w:r>
    </w:p>
    <w:p>
      <w:pPr>
        <w:spacing w:after="160"/>
        <w:jc w:val="left"/>
      </w:pPr>
      <w:r>
        <w:rPr>
          <w:rFonts w:ascii="Noto Sans TC" w:hAnsi="Noto Sans TC" w:eastAsia="Noto Sans TC"/>
          <w:b w:val="0"/>
          <w:i w:val="0"/>
          <w:color w:val="28343A"/>
          <w:sz w:val="21"/>
        </w:rPr>
        <w:t>換成自己的地方　我記得的聲音：＿＿＿＿</w:t>
        <w:br/>
        <w:t>我想問長輩的一件事：＿＿＿＿</w:t>
      </w:r>
    </w:p>
    <w:p>
      <w:pPr>
        <w:spacing w:before="100"/>
        <w:jc w:val="center"/>
      </w:pPr>
      <w:r>
        <w:rPr>
          <w:rFonts w:ascii="Noto Sans TC" w:hAnsi="Noto Sans TC" w:eastAsia="Noto Sans TC"/>
          <w:b w:val="0"/>
          <w:i/>
          <w:color w:val="66777A"/>
          <w:sz w:val="18"/>
        </w:rPr>
        <w:t>讀一讀示範句，再把一個詞換成你親眼看見、親耳聽見的事物。</w:t>
      </w:r>
    </w:p>
    <w:p>
      <w:r>
        <w:br w:type="page"/>
      </w:r>
    </w:p>
    <w:p>
      <w:pPr>
        <w:spacing w:after="100"/>
        <w:jc w:val="center"/>
      </w:pPr>
      <w:r>
        <w:rPr>
          <w:rFonts w:ascii="Noto Sans TC" w:hAnsi="Noto Sans TC" w:eastAsia="Noto Sans TC"/>
          <w:b/>
          <w:i w:val="0"/>
          <w:color w:val="B68750"/>
          <w:sz w:val="22"/>
        </w:rPr>
        <w:t>地方詩卡　／　回家路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989320" cy="608290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詩卡插圖_h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6082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80"/>
        <w:jc w:val="center"/>
      </w:pPr>
      <w:r>
        <w:rPr>
          <w:rFonts w:ascii="Noto Sans TC" w:hAnsi="Noto Sans TC" w:eastAsia="Noto Sans TC"/>
          <w:b w:val="0"/>
          <w:i w:val="0"/>
          <w:color w:val="294653"/>
          <w:sz w:val="36"/>
        </w:rPr>
        <w:t>路燈替我守住黃昏，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書包裡裝著今天，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鞋底還有一點風。</w:t>
      </w:r>
    </w:p>
    <w:p>
      <w:pPr>
        <w:spacing w:after="140"/>
        <w:jc w:val="center"/>
      </w:pPr>
      <w:r>
        <w:rPr>
          <w:rFonts w:ascii="Noto Sans TC" w:hAnsi="Noto Sans TC" w:eastAsia="Noto Sans TC"/>
          <w:b w:val="0"/>
          <w:i w:val="0"/>
          <w:color w:val="537D79"/>
          <w:sz w:val="20"/>
        </w:rPr>
        <w:t>詞語抽屜　路燈、巷口、雨聲、腳步、窗光</w:t>
      </w:r>
    </w:p>
    <w:p>
      <w:pPr>
        <w:spacing w:after="160"/>
        <w:jc w:val="left"/>
      </w:pPr>
      <w:r>
        <w:rPr>
          <w:rFonts w:ascii="Noto Sans TC" w:hAnsi="Noto Sans TC" w:eastAsia="Noto Sans TC"/>
          <w:b w:val="0"/>
          <w:i w:val="0"/>
          <w:color w:val="28343A"/>
          <w:sz w:val="21"/>
        </w:rPr>
        <w:t>換成自己的地方　我的回家路上有：＿＿＿＿</w:t>
        <w:br/>
        <w:t>今天我想帶回家：＿＿＿＿</w:t>
      </w:r>
    </w:p>
    <w:p>
      <w:pPr>
        <w:spacing w:before="100"/>
        <w:jc w:val="center"/>
      </w:pPr>
      <w:r>
        <w:rPr>
          <w:rFonts w:ascii="Noto Sans TC" w:hAnsi="Noto Sans TC" w:eastAsia="Noto Sans TC"/>
          <w:b w:val="0"/>
          <w:i/>
          <w:color w:val="66777A"/>
          <w:sz w:val="18"/>
        </w:rPr>
        <w:t>讀一讀示範句，再把一個詞換成你親眼看見、親耳聽見的事物。</w:t>
      </w:r>
    </w:p>
    <w:p>
      <w:r>
        <w:br w:type="page"/>
      </w:r>
    </w:p>
    <w:p>
      <w:pPr>
        <w:spacing w:after="100"/>
        <w:jc w:val="center"/>
      </w:pPr>
      <w:r>
        <w:rPr>
          <w:rFonts w:ascii="Noto Sans TC" w:hAnsi="Noto Sans TC" w:eastAsia="Noto Sans TC"/>
          <w:b/>
          <w:i w:val="0"/>
          <w:color w:val="B68750"/>
          <w:sz w:val="22"/>
        </w:rPr>
        <w:t>地方詩卡　／　校園樹下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989320" cy="59893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詩卡插圖_school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5989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80"/>
        <w:jc w:val="center"/>
      </w:pPr>
      <w:r>
        <w:rPr>
          <w:rFonts w:ascii="Noto Sans TC" w:hAnsi="Noto Sans TC" w:eastAsia="Noto Sans TC"/>
          <w:b w:val="0"/>
          <w:i w:val="0"/>
          <w:color w:val="294653"/>
          <w:sz w:val="36"/>
        </w:rPr>
        <w:t>風翻開樹下的筆記本，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一片葉子落在空白處，</w:t>
      </w:r>
      <w:r>
        <w:br/>
      </w:r>
      <w:r>
        <w:rPr>
          <w:rFonts w:ascii="Noto Sans TC" w:hAnsi="Noto Sans TC" w:eastAsia="Noto Sans TC"/>
          <w:b w:val="0"/>
          <w:i w:val="0"/>
          <w:color w:val="294653"/>
          <w:sz w:val="36"/>
        </w:rPr>
        <w:t>像一句還沒說完的話。</w:t>
      </w:r>
    </w:p>
    <w:p>
      <w:pPr>
        <w:spacing w:after="140"/>
        <w:jc w:val="center"/>
      </w:pPr>
      <w:r>
        <w:rPr>
          <w:rFonts w:ascii="Noto Sans TC" w:hAnsi="Noto Sans TC" w:eastAsia="Noto Sans TC"/>
          <w:b w:val="0"/>
          <w:i w:val="0"/>
          <w:color w:val="537D79"/>
          <w:sz w:val="20"/>
        </w:rPr>
        <w:t>詞語抽屜　樹影、葉片、操場、鐘聲、天空</w:t>
      </w:r>
    </w:p>
    <w:p>
      <w:pPr>
        <w:spacing w:after="160"/>
        <w:jc w:val="left"/>
      </w:pPr>
      <w:r>
        <w:rPr>
          <w:rFonts w:ascii="Noto Sans TC" w:hAnsi="Noto Sans TC" w:eastAsia="Noto Sans TC"/>
          <w:b w:val="0"/>
          <w:i w:val="0"/>
          <w:color w:val="28343A"/>
          <w:sz w:val="21"/>
        </w:rPr>
        <w:t>換成自己的地方　我看見：＿＿＿＿</w:t>
        <w:br/>
        <w:t>我想接著寫：＿＿＿＿</w:t>
      </w:r>
    </w:p>
    <w:p>
      <w:pPr>
        <w:spacing w:before="100"/>
        <w:jc w:val="center"/>
      </w:pPr>
      <w:r>
        <w:rPr>
          <w:rFonts w:ascii="Noto Sans TC" w:hAnsi="Noto Sans TC" w:eastAsia="Noto Sans TC"/>
          <w:b w:val="0"/>
          <w:i/>
          <w:color w:val="66777A"/>
          <w:sz w:val="18"/>
        </w:rPr>
        <w:t>讀一讀示範句，再把一個詞換成你親眼看見、親耳聽見的事物。</w:t>
      </w:r>
    </w:p>
    <w:sectPr w:rsidR="00FC693F" w:rsidRPr="0006063C" w:rsidSect="00034616">
      <w:footerReference w:type="default" r:id="rId13"/>
      <w:pgSz w:w="12240" w:h="15840"/>
      <w:pgMar w:top="691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TC" w:hAnsi="Noto Sans TC" w:eastAsia="Noto Sans TC"/>
        <w:b w:val="0"/>
        <w:i w:val="0"/>
        <w:color w:val="66777A"/>
        <w:sz w:val="16"/>
      </w:rPr>
      <w:t>詩卡示範句為創作引子｜請依班級與地方經驗替換詞語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C" w:hAnsi="Noto Sans TC" w:eastAsia="Noto Sans TC"/>
      <w:color w:val="28343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TC" w:hAnsi="Noto Sans TC" w:eastAsia="Noto Sans TC"/>
      <w:b/>
      <w:bCs/>
      <w:color w:val="29465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TC" w:hAnsi="Noto Sans TC" w:eastAsia="Noto Sans TC"/>
      <w:b/>
      <w:bCs/>
      <w:color w:val="537D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TC" w:hAnsi="Noto Sans TC" w:eastAsia="Noto Sans TC"/>
      <w:b/>
      <w:color w:val="29465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