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oto Sans TC" w:hAnsi="Noto Sans TC" w:eastAsia="Noto Sans TC"/>
          <w:b/>
          <w:color w:val="29434A"/>
          <w:sz w:val="50"/>
        </w:rPr>
        <w:t>一張詩卡，四個入口</w:t>
      </w:r>
    </w:p>
    <w:p>
      <w:pPr>
        <w:jc w:val="center"/>
      </w:pPr>
      <w:r>
        <w:rPr>
          <w:rFonts w:ascii="Noto Sans TC" w:hAnsi="Noto Sans TC" w:eastAsia="Noto Sans TC"/>
          <w:b w:val="0"/>
          <w:color w:val="62716C"/>
          <w:sz w:val="22"/>
        </w:rPr>
        <w:t>從身邊的景物出發，陪孩子寫下一行自己的詩</w:t>
      </w:r>
    </w:p>
    <w:p>
      <w:pPr>
        <w:spacing w:after="80"/>
        <w:jc w:val="center"/>
      </w:pPr>
      <w:r>
        <w:rPr>
          <w:rFonts w:ascii="Noto Sans TC" w:hAnsi="Noto Sans TC" w:eastAsia="Noto Sans TC"/>
          <w:b/>
          <w:color w:val="55736F"/>
          <w:sz w:val="26"/>
        </w:rPr>
        <w:t>教學路徑：看見 → 抽詞 → 寫一行 → 共讀修句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4824"/>
            <w:shd w:fill="E4F0EF"/>
            <w:tcMar>
              <w:top w:w="120" w:type="dxa"/>
              <w:start w:w="150" w:type="dxa"/>
              <w:bottom w:w="100" w:type="dxa"/>
              <w:end w:w="150" w:type="dxa"/>
            </w:tcMar>
          </w:tcPr>
          <w:p>
            <w:pPr>
              <w:spacing w:after="100"/>
            </w:pPr>
            <w:r>
              <w:rPr>
                <w:rFonts w:ascii="Noto Sans TC" w:hAnsi="Noto Sans TC" w:eastAsia="Noto Sans TC"/>
                <w:b/>
                <w:color w:val="29434A"/>
                <w:sz w:val="28"/>
              </w:rPr>
              <w:t>意象｜看見畫面</w:t>
            </w:r>
          </w:p>
          <w:p>
            <w:pPr>
              <w:spacing w:after="80"/>
            </w:pPr>
            <w:r>
              <w:rPr>
                <w:rFonts w:ascii="Noto Sans TC" w:hAnsi="Noto Sans TC" w:eastAsia="Noto Sans TC"/>
                <w:b w:val="0"/>
                <w:color w:val="43585A"/>
                <w:sz w:val="20"/>
              </w:rPr>
              <w:t>挑一個讓人看得見的物件</w:t>
            </w:r>
          </w:p>
          <w:p>
            <w:r>
              <w:rPr>
                <w:rFonts w:ascii="Noto Sans TC" w:hAnsi="Noto Sans TC" w:eastAsia="Noto Sans TC"/>
                <w:b w:val="0"/>
                <w:color w:val="657979"/>
                <w:sz w:val="20"/>
              </w:rPr>
              <w:t>例：窗、潮痕、路燈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87168" cy="9875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詩卡插圖_se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168" cy="9875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24"/>
            <w:shd w:fill="F5E8D7"/>
            <w:tcMar>
              <w:top w:w="120" w:type="dxa"/>
              <w:start w:w="150" w:type="dxa"/>
              <w:bottom w:w="100" w:type="dxa"/>
              <w:end w:w="150" w:type="dxa"/>
            </w:tcMar>
          </w:tcPr>
          <w:p>
            <w:pPr>
              <w:spacing w:after="100"/>
            </w:pPr>
            <w:r>
              <w:rPr>
                <w:rFonts w:ascii="Noto Sans TC" w:hAnsi="Noto Sans TC" w:eastAsia="Noto Sans TC"/>
                <w:b/>
                <w:color w:val="29434A"/>
                <w:sz w:val="28"/>
              </w:rPr>
              <w:t>動作｜讓景物動起來</w:t>
            </w:r>
          </w:p>
          <w:p>
            <w:pPr>
              <w:spacing w:after="80"/>
            </w:pPr>
            <w:r>
              <w:rPr>
                <w:rFonts w:ascii="Noto Sans TC" w:hAnsi="Noto Sans TC" w:eastAsia="Noto Sans TC"/>
                <w:b w:val="0"/>
                <w:color w:val="43585A"/>
                <w:sz w:val="20"/>
              </w:rPr>
              <w:t>替景物找一個動作</w:t>
            </w:r>
          </w:p>
          <w:p>
            <w:r>
              <w:rPr>
                <w:rFonts w:ascii="Noto Sans TC" w:hAnsi="Noto Sans TC" w:eastAsia="Noto Sans TC"/>
                <w:b w:val="0"/>
                <w:color w:val="657979"/>
                <w:sz w:val="20"/>
              </w:rPr>
              <w:t>例：漂浮、退去、守候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87168" cy="98755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詩卡插圖_hom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168" cy="9875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824"/>
            <w:shd w:fill="EFE7F3"/>
            <w:tcMar>
              <w:top w:w="120" w:type="dxa"/>
              <w:start w:w="150" w:type="dxa"/>
              <w:bottom w:w="100" w:type="dxa"/>
              <w:end w:w="150" w:type="dxa"/>
            </w:tcMar>
          </w:tcPr>
          <w:p>
            <w:pPr>
              <w:spacing w:after="100"/>
            </w:pPr>
            <w:r>
              <w:rPr>
                <w:rFonts w:ascii="Noto Sans TC" w:hAnsi="Noto Sans TC" w:eastAsia="Noto Sans TC"/>
                <w:b/>
                <w:color w:val="29434A"/>
                <w:sz w:val="28"/>
              </w:rPr>
              <w:t>情緒｜放進心意</w:t>
            </w:r>
          </w:p>
          <w:p>
            <w:pPr>
              <w:spacing w:after="80"/>
            </w:pPr>
            <w:r>
              <w:rPr>
                <w:rFonts w:ascii="Noto Sans TC" w:hAnsi="Noto Sans TC" w:eastAsia="Noto Sans TC"/>
                <w:b w:val="0"/>
                <w:color w:val="43585A"/>
                <w:sz w:val="20"/>
              </w:rPr>
              <w:t>說說景物帶來的感受</w:t>
            </w:r>
          </w:p>
          <w:p>
            <w:r>
              <w:rPr>
                <w:rFonts w:ascii="Noto Sans TC" w:hAnsi="Noto Sans TC" w:eastAsia="Noto Sans TC"/>
                <w:b w:val="0"/>
                <w:color w:val="657979"/>
                <w:sz w:val="20"/>
              </w:rPr>
              <w:t>例：安心、想念、期待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87168" cy="98755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詩卡插圖_templ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168" cy="9875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24"/>
            <w:shd w:fill="E8EEDC"/>
            <w:tcMar>
              <w:top w:w="120" w:type="dxa"/>
              <w:start w:w="150" w:type="dxa"/>
              <w:bottom w:w="100" w:type="dxa"/>
              <w:end w:w="150" w:type="dxa"/>
            </w:tcMar>
          </w:tcPr>
          <w:p>
            <w:pPr>
              <w:spacing w:after="100"/>
            </w:pPr>
            <w:r>
              <w:rPr>
                <w:rFonts w:ascii="Noto Sans TC" w:hAnsi="Noto Sans TC" w:eastAsia="Noto Sans TC"/>
                <w:b/>
                <w:color w:val="29434A"/>
                <w:sz w:val="28"/>
              </w:rPr>
              <w:t>地方｜讓詩有歸處</w:t>
            </w:r>
          </w:p>
          <w:p>
            <w:pPr>
              <w:spacing w:after="80"/>
            </w:pPr>
            <w:r>
              <w:rPr>
                <w:rFonts w:ascii="Noto Sans TC" w:hAnsi="Noto Sans TC" w:eastAsia="Noto Sans TC"/>
                <w:b w:val="0"/>
                <w:color w:val="43585A"/>
                <w:sz w:val="20"/>
              </w:rPr>
              <w:t>把熟悉的所在寫進來</w:t>
            </w:r>
          </w:p>
          <w:p>
            <w:r>
              <w:rPr>
                <w:rFonts w:ascii="Noto Sans TC" w:hAnsi="Noto Sans TC" w:eastAsia="Noto Sans TC"/>
                <w:b w:val="0"/>
                <w:color w:val="657979"/>
                <w:sz w:val="20"/>
              </w:rPr>
              <w:t>例：海岸、廟埕、回家的路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87168" cy="98755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詩卡插圖_school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168" cy="9875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0"/>
      </w:pPr>
      <w:r>
        <w:rPr>
          <w:rFonts w:ascii="Noto Sans TC" w:hAnsi="Noto Sans TC" w:eastAsia="Noto Sans TC"/>
          <w:b/>
          <w:color w:val="55736F"/>
          <w:sz w:val="26"/>
        </w:rPr>
        <w:t>示範｜海的房間</w:t>
      </w:r>
    </w:p>
    <w:p>
      <w:pPr>
        <w:spacing w:after="80"/>
      </w:pPr>
      <w:r>
        <w:rPr>
          <w:rFonts w:ascii="Noto Sans TC" w:hAnsi="Noto Sans TC" w:eastAsia="Noto Sans TC"/>
          <w:b/>
          <w:color w:val="29434A"/>
          <w:sz w:val="32"/>
        </w:rPr>
        <w:t>海把一扇窗漂到我身邊，窗裡住著放學後的風。</w:t>
      </w:r>
    </w:p>
    <w:p>
      <w:pPr>
        <w:spacing w:after="80"/>
      </w:pPr>
      <w:r>
        <w:rPr>
          <w:rFonts w:ascii="Noto Sans TC" w:hAnsi="Noto Sans TC" w:eastAsia="Noto Sans TC"/>
          <w:b w:val="0"/>
          <w:color w:val="62716C"/>
          <w:sz w:val="20"/>
        </w:rPr>
        <w:t>引導孩子找一找：意象「窗」／動作「漂到」／情緒「安心」／地方「熟悉的海岸」。答案可以不同，請保留孩子選擇的字。</w:t>
      </w:r>
    </w:p>
    <w:p>
      <w:pPr>
        <w:spacing w:after="80"/>
      </w:pPr>
      <w:r>
        <w:rPr>
          <w:rFonts w:ascii="Noto Sans TC" w:hAnsi="Noto Sans TC" w:eastAsia="Noto Sans TC"/>
          <w:b w:val="0"/>
          <w:color w:val="62716C"/>
          <w:sz w:val="20"/>
        </w:rPr>
        <w:t>共讀提問：你最想留下哪個詞？如果把景物的動作換掉，這一行詩會有什麼變化？</w:t>
      </w:r>
    </w:p>
    <w:p>
      <w:r>
        <w:br w:type="page"/>
      </w:r>
    </w:p>
    <w:p>
      <w:pPr>
        <w:jc w:val="center"/>
      </w:pPr>
      <w:r>
        <w:rPr>
          <w:rFonts w:ascii="Noto Sans TC" w:hAnsi="Noto Sans TC" w:eastAsia="Noto Sans TC"/>
          <w:b/>
          <w:color w:val="29434A"/>
          <w:sz w:val="44"/>
        </w:rPr>
        <w:t>可列印詩卡｜剪下來，帶進教室</w:t>
      </w:r>
    </w:p>
    <w:p>
      <w:pPr>
        <w:jc w:val="center"/>
      </w:pPr>
      <w:r>
        <w:rPr>
          <w:rFonts w:ascii="Noto Sans TC" w:hAnsi="Noto Sans TC" w:eastAsia="Noto Sans TC"/>
          <w:b w:val="0"/>
          <w:color w:val="62716C"/>
          <w:sz w:val="20"/>
        </w:rPr>
        <w:t>四張空白卡可影印使用；先觀察、再選詞，最後寫下自己的詩。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4824"/>
            <w:shd w:fill="E4F0EF"/>
            <w:tcMar>
              <w:top w:w="100" w:type="dxa"/>
              <w:start w:w="130" w:type="dxa"/>
              <w:bottom w:w="90" w:type="dxa"/>
              <w:end w:w="130" w:type="dxa"/>
            </w:tcMar>
          </w:tcPr>
          <w:p>
            <w:pPr>
              <w:jc w:val="center"/>
            </w:pPr>
            <w:r>
              <w:rPr>
                <w:rFonts w:ascii="Noto Sans TC" w:hAnsi="Noto Sans TC" w:eastAsia="Noto Sans TC"/>
                <w:b/>
                <w:color w:val="29434A"/>
                <w:sz w:val="26"/>
              </w:rPr>
              <w:t>海邊｜我的地方</w:t>
            </w: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87168" cy="941832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詩卡插圖_se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168" cy="9418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</w:pPr>
            <w:r>
              <w:rPr>
                <w:rFonts w:ascii="Noto Sans TC" w:hAnsi="Noto Sans TC" w:eastAsia="Noto Sans TC"/>
                <w:b w:val="0"/>
                <w:color w:val="536561"/>
                <w:sz w:val="17"/>
              </w:rPr>
              <w:t>我看見／聽見／摸到：________________</w:t>
            </w:r>
          </w:p>
          <w:p>
            <w:pPr>
              <w:spacing w:after="40"/>
            </w:pPr>
            <w:r>
              <w:rPr>
                <w:rFonts w:ascii="Noto Sans TC" w:hAnsi="Noto Sans TC" w:eastAsia="Noto Sans TC"/>
                <w:b w:val="0"/>
                <w:color w:val="536561"/>
                <w:sz w:val="17"/>
              </w:rPr>
              <w:t>意象：________　動作：________</w:t>
            </w:r>
          </w:p>
          <w:p>
            <w:pPr>
              <w:spacing w:after="40"/>
            </w:pPr>
            <w:r>
              <w:rPr>
                <w:rFonts w:ascii="Noto Sans TC" w:hAnsi="Noto Sans TC" w:eastAsia="Noto Sans TC"/>
                <w:b w:val="0"/>
                <w:color w:val="536561"/>
                <w:sz w:val="17"/>
              </w:rPr>
              <w:t>情緒：________　想留下的詞：________</w:t>
            </w:r>
          </w:p>
          <w:p>
            <w:pPr>
              <w:spacing w:before="40"/>
            </w:pPr>
            <w:r>
              <w:rPr>
                <w:rFonts w:ascii="Noto Sans TC" w:hAnsi="Noto Sans TC" w:eastAsia="Noto Sans TC"/>
                <w:b w:val="0"/>
                <w:color w:val="29434A"/>
                <w:sz w:val="18"/>
              </w:rPr>
              <w:t>我的一行詩：</w:t>
              <w:br/>
              <w:t>________________________________</w:t>
              <w:br/>
              <w:t>________________________________</w:t>
            </w:r>
          </w:p>
        </w:tc>
        <w:tc>
          <w:tcPr>
            <w:tcW w:type="dxa" w:w="4824"/>
            <w:shd w:fill="F5E8D7"/>
            <w:tcMar>
              <w:top w:w="100" w:type="dxa"/>
              <w:start w:w="130" w:type="dxa"/>
              <w:bottom w:w="90" w:type="dxa"/>
              <w:end w:w="130" w:type="dxa"/>
            </w:tcMar>
          </w:tcPr>
          <w:p>
            <w:pPr>
              <w:jc w:val="center"/>
            </w:pPr>
            <w:r>
              <w:rPr>
                <w:rFonts w:ascii="Noto Sans TC" w:hAnsi="Noto Sans TC" w:eastAsia="Noto Sans TC"/>
                <w:b/>
                <w:color w:val="29434A"/>
                <w:sz w:val="26"/>
              </w:rPr>
              <w:t>回家的路｜我的地方</w:t>
            </w: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87168" cy="94183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詩卡插圖_hom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168" cy="9418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</w:pPr>
            <w:r>
              <w:rPr>
                <w:rFonts w:ascii="Noto Sans TC" w:hAnsi="Noto Sans TC" w:eastAsia="Noto Sans TC"/>
                <w:b w:val="0"/>
                <w:color w:val="536561"/>
                <w:sz w:val="17"/>
              </w:rPr>
              <w:t>我看見／聽見／摸到：________________</w:t>
            </w:r>
          </w:p>
          <w:p>
            <w:pPr>
              <w:spacing w:after="40"/>
            </w:pPr>
            <w:r>
              <w:rPr>
                <w:rFonts w:ascii="Noto Sans TC" w:hAnsi="Noto Sans TC" w:eastAsia="Noto Sans TC"/>
                <w:b w:val="0"/>
                <w:color w:val="536561"/>
                <w:sz w:val="17"/>
              </w:rPr>
              <w:t>意象：________　動作：________</w:t>
            </w:r>
          </w:p>
          <w:p>
            <w:pPr>
              <w:spacing w:after="40"/>
            </w:pPr>
            <w:r>
              <w:rPr>
                <w:rFonts w:ascii="Noto Sans TC" w:hAnsi="Noto Sans TC" w:eastAsia="Noto Sans TC"/>
                <w:b w:val="0"/>
                <w:color w:val="536561"/>
                <w:sz w:val="17"/>
              </w:rPr>
              <w:t>情緒：________　想留下的詞：________</w:t>
            </w:r>
          </w:p>
          <w:p>
            <w:pPr>
              <w:spacing w:before="40"/>
            </w:pPr>
            <w:r>
              <w:rPr>
                <w:rFonts w:ascii="Noto Sans TC" w:hAnsi="Noto Sans TC" w:eastAsia="Noto Sans TC"/>
                <w:b w:val="0"/>
                <w:color w:val="29434A"/>
                <w:sz w:val="18"/>
              </w:rPr>
              <w:t>我的一行詩：</w:t>
              <w:br/>
              <w:t>________________________________</w:t>
              <w:br/>
              <w:t>________________________________</w:t>
            </w:r>
          </w:p>
        </w:tc>
      </w:tr>
      <w:tr>
        <w:tc>
          <w:tcPr>
            <w:tcW w:type="dxa" w:w="4824"/>
            <w:shd w:fill="EFE7F3"/>
            <w:tcMar>
              <w:top w:w="100" w:type="dxa"/>
              <w:start w:w="130" w:type="dxa"/>
              <w:bottom w:w="90" w:type="dxa"/>
              <w:end w:w="130" w:type="dxa"/>
            </w:tcMar>
          </w:tcPr>
          <w:p>
            <w:pPr>
              <w:jc w:val="center"/>
            </w:pPr>
            <w:r>
              <w:rPr>
                <w:rFonts w:ascii="Noto Sans TC" w:hAnsi="Noto Sans TC" w:eastAsia="Noto Sans TC"/>
                <w:b/>
                <w:color w:val="29434A"/>
                <w:sz w:val="26"/>
              </w:rPr>
              <w:t>廟埕｜我的地方</w:t>
            </w: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87168" cy="941832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詩卡插圖_templ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168" cy="9418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</w:pPr>
            <w:r>
              <w:rPr>
                <w:rFonts w:ascii="Noto Sans TC" w:hAnsi="Noto Sans TC" w:eastAsia="Noto Sans TC"/>
                <w:b w:val="0"/>
                <w:color w:val="536561"/>
                <w:sz w:val="17"/>
              </w:rPr>
              <w:t>我看見／聽見／摸到：________________</w:t>
            </w:r>
          </w:p>
          <w:p>
            <w:pPr>
              <w:spacing w:after="40"/>
            </w:pPr>
            <w:r>
              <w:rPr>
                <w:rFonts w:ascii="Noto Sans TC" w:hAnsi="Noto Sans TC" w:eastAsia="Noto Sans TC"/>
                <w:b w:val="0"/>
                <w:color w:val="536561"/>
                <w:sz w:val="17"/>
              </w:rPr>
              <w:t>意象：________　動作：________</w:t>
            </w:r>
          </w:p>
          <w:p>
            <w:pPr>
              <w:spacing w:after="40"/>
            </w:pPr>
            <w:r>
              <w:rPr>
                <w:rFonts w:ascii="Noto Sans TC" w:hAnsi="Noto Sans TC" w:eastAsia="Noto Sans TC"/>
                <w:b w:val="0"/>
                <w:color w:val="536561"/>
                <w:sz w:val="17"/>
              </w:rPr>
              <w:t>情緒：________　想留下的詞：________</w:t>
            </w:r>
          </w:p>
          <w:p>
            <w:pPr>
              <w:spacing w:before="40"/>
            </w:pPr>
            <w:r>
              <w:rPr>
                <w:rFonts w:ascii="Noto Sans TC" w:hAnsi="Noto Sans TC" w:eastAsia="Noto Sans TC"/>
                <w:b w:val="0"/>
                <w:color w:val="29434A"/>
                <w:sz w:val="18"/>
              </w:rPr>
              <w:t>我的一行詩：</w:t>
              <w:br/>
              <w:t>________________________________</w:t>
              <w:br/>
              <w:t>________________________________</w:t>
            </w:r>
          </w:p>
        </w:tc>
        <w:tc>
          <w:tcPr>
            <w:tcW w:type="dxa" w:w="4824"/>
            <w:shd w:fill="E8EEDC"/>
            <w:tcMar>
              <w:top w:w="100" w:type="dxa"/>
              <w:start w:w="130" w:type="dxa"/>
              <w:bottom w:w="90" w:type="dxa"/>
              <w:end w:w="130" w:type="dxa"/>
            </w:tcMar>
          </w:tcPr>
          <w:p>
            <w:pPr>
              <w:jc w:val="center"/>
            </w:pPr>
            <w:r>
              <w:rPr>
                <w:rFonts w:ascii="Noto Sans TC" w:hAnsi="Noto Sans TC" w:eastAsia="Noto Sans TC"/>
                <w:b/>
                <w:color w:val="29434A"/>
                <w:sz w:val="26"/>
              </w:rPr>
              <w:t>校園｜我的地方</w:t>
            </w: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87168" cy="94183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詩卡插圖_school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168" cy="9418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</w:pPr>
            <w:r>
              <w:rPr>
                <w:rFonts w:ascii="Noto Sans TC" w:hAnsi="Noto Sans TC" w:eastAsia="Noto Sans TC"/>
                <w:b w:val="0"/>
                <w:color w:val="536561"/>
                <w:sz w:val="17"/>
              </w:rPr>
              <w:t>我看見／聽見／摸到：________________</w:t>
            </w:r>
          </w:p>
          <w:p>
            <w:pPr>
              <w:spacing w:after="40"/>
            </w:pPr>
            <w:r>
              <w:rPr>
                <w:rFonts w:ascii="Noto Sans TC" w:hAnsi="Noto Sans TC" w:eastAsia="Noto Sans TC"/>
                <w:b w:val="0"/>
                <w:color w:val="536561"/>
                <w:sz w:val="17"/>
              </w:rPr>
              <w:t>意象：________　動作：________</w:t>
            </w:r>
          </w:p>
          <w:p>
            <w:pPr>
              <w:spacing w:after="40"/>
            </w:pPr>
            <w:r>
              <w:rPr>
                <w:rFonts w:ascii="Noto Sans TC" w:hAnsi="Noto Sans TC" w:eastAsia="Noto Sans TC"/>
                <w:b w:val="0"/>
                <w:color w:val="536561"/>
                <w:sz w:val="17"/>
              </w:rPr>
              <w:t>情緒：________　想留下的詞：________</w:t>
            </w:r>
          </w:p>
          <w:p>
            <w:pPr>
              <w:spacing w:before="40"/>
            </w:pPr>
            <w:r>
              <w:rPr>
                <w:rFonts w:ascii="Noto Sans TC" w:hAnsi="Noto Sans TC" w:eastAsia="Noto Sans TC"/>
                <w:b w:val="0"/>
                <w:color w:val="29434A"/>
                <w:sz w:val="18"/>
              </w:rPr>
              <w:t>我的一行詩：</w:t>
              <w:br/>
              <w:t>________________________________</w:t>
              <w:br/>
              <w:t>________________________________</w:t>
            </w:r>
          </w:p>
        </w:tc>
      </w:tr>
    </w:tbl>
    <w:p>
      <w:pPr>
        <w:spacing w:after="80"/>
      </w:pPr>
      <w:r>
        <w:rPr>
          <w:rFonts w:ascii="Noto Sans TC" w:hAnsi="Noto Sans TC" w:eastAsia="Noto Sans TC"/>
          <w:b w:val="0"/>
          <w:color w:val="62716C"/>
          <w:sz w:val="18"/>
        </w:rPr>
        <w:t>帶領提醒｜先讓學生用口語、圖畫或動作蒐集感受；再邀請他們挑選一個具體意象、一個動作與一種情緒。分享時先聽見作品的亮點，再由作者決定要不要修句。</w:t>
      </w:r>
    </w:p>
    <w:sectPr w:rsidR="00FC693F" w:rsidRPr="0006063C" w:rsidSect="00034616"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TC" w:hAnsi="Noto Sans TC" w:eastAsia="Noto Sans TC"/>
      <w:color w:val="36464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TC" w:hAnsi="Noto Sans TC" w:eastAsia="Noto Sans T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TC" w:hAnsi="Noto Sans TC" w:eastAsia="Noto Sans T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TC" w:hAnsi="Noto Sans TC" w:eastAsia="Noto Sans T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